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VERBALE DI ASSEMBLEA CONDOMINIALE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artt. 1136 e 1137 del codice civile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Condominio (nome e indirizzo)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685"/>
        <w:gridCol w:w="170"/>
        <w:gridCol w:w="3203"/>
        <w:gridCol w:w="170"/>
        <w:gridCol w:w="2239"/>
        <w:gridCol w:w="170"/>
      </w:tblGrid>
      <w:tr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Data e ora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☐ 1ª  ☐ 2ª convocazione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223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Presidente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Segretario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855"/>
        <w:gridCol w:w="1445"/>
        <w:gridCol w:w="1445"/>
        <w:gridCol w:w="2891"/>
      </w:tblGrid>
      <w:tr>
        <w:tc>
          <w:tcPr>
            <w:tcW w:type="dxa" w:w="3855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Condomino</w:t>
            </w:r>
          </w:p>
        </w:tc>
        <w:tc>
          <w:tcPr>
            <w:tcW w:type="dxa" w:w="1446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Unità</w:t>
            </w:r>
          </w:p>
        </w:tc>
        <w:tc>
          <w:tcPr>
            <w:tcW w:type="dxa" w:w="1446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Millesimi</w:t>
            </w:r>
          </w:p>
        </w:tc>
        <w:tc>
          <w:tcPr>
            <w:tcW w:type="dxa" w:w="2891"/>
            <w:shd w:val="clear" w:fill="185ABD"/>
          </w:tcPr>
          <w:p>
            <w:r/>
            <w:r>
              <w:rPr>
                <w:b/>
                <w:color w:val="FFFFFF"/>
                <w:sz w:val="19"/>
              </w:rPr>
              <w:t>Presente / delega a</w:t>
            </w:r>
          </w:p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  <w:tr>
        <w:trPr>
          <w:trHeight w:val="397"/>
        </w:trPr>
        <w:tc>
          <w:tcPr>
            <w:tcW w:type="dxa" w:w="3855"/>
          </w:tcPr>
          <w:p/>
        </w:tc>
        <w:tc>
          <w:tcPr>
            <w:tcW w:type="dxa" w:w="1446"/>
          </w:tcPr>
          <w:p/>
        </w:tc>
        <w:tc>
          <w:tcPr>
            <w:tcW w:type="dxa" w:w="1446"/>
          </w:tcPr>
          <w:p/>
        </w:tc>
        <w:tc>
          <w:tcPr>
            <w:tcW w:type="dxa" w:w="2891"/>
          </w:tcPr>
          <w:p/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Totale presenti n. / millesimi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Assemblea validamente costituita: ☐ sì ☐ no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Ordine del giorno e delibere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Punto 1 · discussione e delibera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Voti: favorevoli (nomi/millesimi) · contrari · astenuti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Punto 2 · discussione e delibera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Voti: favorevoli · contrari · astenuti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Punto 3 · discussione e delibera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Voti: favorevoli · contrari · astenuti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L'assemblea si chiude alle ore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presidente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segretario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Assemblea Condominiale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