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TESTAMENTO OLOGRAFO</w:t>
      </w:r>
    </w:p>
    <w:p>
      <w:pPr>
        <w:jc w:val="center"/>
        <w:pBdr>
          <w:bottom w:val="single" w:sz="18" w:space="6" w:color="185ABD"/>
        </w:pBdr>
      </w:pPr>
      <w:r>
        <w:rPr>
          <w:color w:val="5B6573"/>
          <w:sz w:val="20"/>
        </w:rPr>
        <w:t>Traccia da ricopiare a mano · art. 602 del codice civile</w:t>
      </w:r>
    </w:p>
    <w:p>
      <w:pPr>
        <w:spacing w:before="120"/>
      </w:pPr>
      <w:r>
        <w:rPr>
          <w:color w:val="5B6573"/>
          <w:sz w:val="16"/>
        </w:rPr>
        <w:t>TRACCIA DA RICOPIARE A MANO. Compila i campi per avere il testo pronto, poi ricopialo di tuo pugno su un foglio, con data e firma: il testamento stampato non è valido (art. 602 c.c.).</w:t>
      </w:r>
    </w:p>
    <w:tbl>
      <w:tblPr>
        <w:tblW w:type="auto" w:w="0"/>
        <w:tblLayout w:type="fixed"/>
        <w:tblLook w:firstColumn="1" w:firstRow="1" w:lastColumn="0" w:lastRow="0" w:noHBand="0" w:noVBand="1" w:val="04A0"/>
        <w:tblLayout w:type="fixed"/>
      </w:tblPr>
      <w:tblGrid>
        <w:gridCol w:w="4648"/>
        <w:gridCol w:w="170"/>
        <w:gridCol w:w="4648"/>
        <w:gridCol w:w="170"/>
      </w:tblGrid>
      <w:tr>
        <w:tc>
          <w:tcPr>
            <w:tcW w:type="dxa" w:w="4649"/>
          </w:tcPr>
          <w:p>
            <w:pPr>
              <w:spacing w:after="0"/>
            </w:pPr>
            <w:r>
              <w:rPr>
                <w:color w:val="5B6573"/>
                <w:sz w:val="17"/>
              </w:rPr>
              <w:t>Io sottoscritto/a (cognome)</w:t>
            </w:r>
          </w:p>
        </w:tc>
        <w:tc>
          <w:tcPr>
            <w:tcW w:type="dxa" w:w="170"/>
          </w:tcPr>
          <w:p>
            <w:pPr>
              <w:spacing w:after="0"/>
            </w:pPr>
          </w:p>
        </w:tc>
        <w:tc>
          <w:tcPr>
            <w:tcW w:type="dxa" w:w="4649"/>
          </w:tcPr>
          <w:p>
            <w:pPr>
              <w:spacing w:after="0"/>
            </w:pPr>
            <w:r>
              <w:rPr>
                <w:color w:val="5B6573"/>
                <w:sz w:val="17"/>
              </w:rPr>
              <w:t>Nome</w:t>
            </w:r>
          </w:p>
        </w:tc>
        <w:tc>
          <w:tcPr>
            <w:tcW w:type="dxa" w:w="170"/>
          </w:tcPr>
          <w:p>
            <w:pPr>
              <w:spacing w:after="0"/>
            </w:pPr>
          </w:p>
        </w:tc>
      </w:tr>
      <w:tr>
        <w:trPr>
          <w:trHeight w:val="312"/>
        </w:trPr>
        <w:tc>
          <w:tcPr>
            <w:tcW w:type="dxa" w:w="4649"/>
            <w:tcBorders>
              <w:bottom w:val="single" w:sz="6" w:color="9AA7B8"/>
            </w:tcBorders>
          </w:tcPr>
          <w:p>
            <w:pPr>
              <w:spacing w:after="0"/>
            </w:pPr>
            <w:r>
              <w:t xml:space="preserve"> </w:t>
            </w:r>
          </w:p>
        </w:tc>
        <w:tc>
          <w:tcPr>
            <w:tcW w:type="dxa" w:w="170"/>
          </w:tcPr>
          <w:p>
            <w:pPr>
              <w:spacing w:after="0"/>
            </w:pPr>
          </w:p>
        </w:tc>
        <w:tc>
          <w:tcPr>
            <w:tcW w:type="dxa" w:w="4649"/>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4648"/>
        <w:gridCol w:w="170"/>
        <w:gridCol w:w="1275"/>
        <w:gridCol w:w="170"/>
        <w:gridCol w:w="3203"/>
        <w:gridCol w:w="170"/>
      </w:tblGrid>
      <w:tr>
        <w:tc>
          <w:tcPr>
            <w:tcW w:type="dxa" w:w="4649"/>
          </w:tcPr>
          <w:p>
            <w:pPr>
              <w:spacing w:after="0"/>
            </w:pPr>
            <w:r>
              <w:rPr>
                <w:color w:val="5B6573"/>
                <w:sz w:val="17"/>
              </w:rPr>
              <w:t>Nato/a a</w:t>
            </w:r>
          </w:p>
        </w:tc>
        <w:tc>
          <w:tcPr>
            <w:tcW w:type="dxa" w:w="170"/>
          </w:tcPr>
          <w:p>
            <w:pPr>
              <w:spacing w:after="0"/>
            </w:pPr>
          </w:p>
        </w:tc>
        <w:tc>
          <w:tcPr>
            <w:tcW w:type="dxa" w:w="1276"/>
          </w:tcPr>
          <w:p>
            <w:pPr>
              <w:spacing w:after="0"/>
            </w:pPr>
            <w:r>
              <w:rPr>
                <w:color w:val="5B6573"/>
                <w:sz w:val="17"/>
              </w:rPr>
              <w:t>Prov.</w:t>
            </w:r>
          </w:p>
        </w:tc>
        <w:tc>
          <w:tcPr>
            <w:tcW w:type="dxa" w:w="170"/>
          </w:tcPr>
          <w:p>
            <w:pPr>
              <w:spacing w:after="0"/>
            </w:pPr>
          </w:p>
        </w:tc>
        <w:tc>
          <w:tcPr>
            <w:tcW w:type="dxa" w:w="3203"/>
          </w:tcPr>
          <w:p>
            <w:pPr>
              <w:spacing w:after="0"/>
            </w:pPr>
            <w:r>
              <w:rPr>
                <w:color w:val="5B6573"/>
                <w:sz w:val="17"/>
              </w:rPr>
              <w:t>Il</w:t>
            </w:r>
          </w:p>
        </w:tc>
        <w:tc>
          <w:tcPr>
            <w:tcW w:type="dxa" w:w="170"/>
          </w:tcPr>
          <w:p>
            <w:pPr>
              <w:spacing w:after="0"/>
            </w:pPr>
          </w:p>
        </w:tc>
      </w:tr>
      <w:tr>
        <w:trPr>
          <w:trHeight w:val="312"/>
        </w:trPr>
        <w:tc>
          <w:tcPr>
            <w:tcW w:type="dxa" w:w="4649"/>
            <w:tcBorders>
              <w:bottom w:val="single" w:sz="6" w:color="9AA7B8"/>
            </w:tcBorders>
          </w:tcPr>
          <w:p>
            <w:pPr>
              <w:spacing w:after="0"/>
            </w:pPr>
            <w:r>
              <w:t xml:space="preserve"> </w:t>
            </w:r>
          </w:p>
        </w:tc>
        <w:tc>
          <w:tcPr>
            <w:tcW w:type="dxa" w:w="170"/>
          </w:tcPr>
          <w:p>
            <w:pPr>
              <w:spacing w:after="0"/>
            </w:pPr>
          </w:p>
        </w:tc>
        <w:tc>
          <w:tcPr>
            <w:tcW w:type="dxa" w:w="1276"/>
            <w:tcBorders>
              <w:bottom w:val="single" w:sz="6" w:color="9AA7B8"/>
            </w:tcBorders>
          </w:tcPr>
          <w:p>
            <w:pPr>
              <w:spacing w:after="0"/>
            </w:pPr>
            <w:r>
              <w:t xml:space="preserve"> </w:t>
            </w:r>
          </w:p>
        </w:tc>
        <w:tc>
          <w:tcPr>
            <w:tcW w:type="dxa" w:w="170"/>
          </w:tcPr>
          <w:p>
            <w:pPr>
              <w:spacing w:after="0"/>
            </w:pPr>
          </w:p>
        </w:tc>
        <w:tc>
          <w:tcPr>
            <w:tcW w:type="dxa" w:w="3203"/>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9467"/>
        <w:gridCol w:w="170"/>
      </w:tblGrid>
      <w:tr>
        <w:tc>
          <w:tcPr>
            <w:tcW w:type="dxa" w:w="9468"/>
          </w:tcPr>
          <w:p>
            <w:pPr>
              <w:spacing w:after="0"/>
            </w:pPr>
            <w:r>
              <w:rPr>
                <w:color w:val="5B6573"/>
                <w:sz w:val="17"/>
              </w:rPr>
              <w:t>Codice fiscale</w:t>
            </w:r>
          </w:p>
        </w:tc>
        <w:tc>
          <w:tcPr>
            <w:tcW w:type="dxa" w:w="170"/>
          </w:tcPr>
          <w:p>
            <w:pPr>
              <w:spacing w:after="0"/>
            </w:pPr>
          </w:p>
        </w:tc>
      </w:tr>
      <w:tr>
        <w:trPr>
          <w:trHeight w:val="312"/>
        </w:trPr>
        <w:tc>
          <w:tcPr>
            <w:tcW w:type="dxa" w:w="9468"/>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4648"/>
        <w:gridCol w:w="170"/>
        <w:gridCol w:w="1275"/>
        <w:gridCol w:w="170"/>
        <w:gridCol w:w="3203"/>
        <w:gridCol w:w="170"/>
      </w:tblGrid>
      <w:tr>
        <w:tc>
          <w:tcPr>
            <w:tcW w:type="dxa" w:w="4649"/>
          </w:tcPr>
          <w:p>
            <w:pPr>
              <w:spacing w:after="0"/>
            </w:pPr>
            <w:r>
              <w:rPr>
                <w:color w:val="5B6573"/>
                <w:sz w:val="17"/>
              </w:rPr>
              <w:t>Residente a</w:t>
            </w:r>
          </w:p>
        </w:tc>
        <w:tc>
          <w:tcPr>
            <w:tcW w:type="dxa" w:w="170"/>
          </w:tcPr>
          <w:p>
            <w:pPr>
              <w:spacing w:after="0"/>
            </w:pPr>
          </w:p>
        </w:tc>
        <w:tc>
          <w:tcPr>
            <w:tcW w:type="dxa" w:w="1276"/>
          </w:tcPr>
          <w:p>
            <w:pPr>
              <w:spacing w:after="0"/>
            </w:pPr>
            <w:r>
              <w:rPr>
                <w:color w:val="5B6573"/>
                <w:sz w:val="17"/>
              </w:rPr>
              <w:t>Prov.</w:t>
            </w:r>
          </w:p>
        </w:tc>
        <w:tc>
          <w:tcPr>
            <w:tcW w:type="dxa" w:w="170"/>
          </w:tcPr>
          <w:p>
            <w:pPr>
              <w:spacing w:after="0"/>
            </w:pPr>
          </w:p>
        </w:tc>
        <w:tc>
          <w:tcPr>
            <w:tcW w:type="dxa" w:w="3203"/>
          </w:tcPr>
          <w:p>
            <w:pPr>
              <w:spacing w:after="0"/>
            </w:pPr>
            <w:r>
              <w:rPr>
                <w:color w:val="5B6573"/>
                <w:sz w:val="17"/>
              </w:rPr>
              <w:t>CAP</w:t>
            </w:r>
          </w:p>
        </w:tc>
        <w:tc>
          <w:tcPr>
            <w:tcW w:type="dxa" w:w="170"/>
          </w:tcPr>
          <w:p>
            <w:pPr>
              <w:spacing w:after="0"/>
            </w:pPr>
          </w:p>
        </w:tc>
      </w:tr>
      <w:tr>
        <w:trPr>
          <w:trHeight w:val="312"/>
        </w:trPr>
        <w:tc>
          <w:tcPr>
            <w:tcW w:type="dxa" w:w="4649"/>
            <w:tcBorders>
              <w:bottom w:val="single" w:sz="6" w:color="9AA7B8"/>
            </w:tcBorders>
          </w:tcPr>
          <w:p>
            <w:pPr>
              <w:spacing w:after="0"/>
            </w:pPr>
            <w:r>
              <w:t xml:space="preserve"> </w:t>
            </w:r>
          </w:p>
        </w:tc>
        <w:tc>
          <w:tcPr>
            <w:tcW w:type="dxa" w:w="170"/>
          </w:tcPr>
          <w:p>
            <w:pPr>
              <w:spacing w:after="0"/>
            </w:pPr>
          </w:p>
        </w:tc>
        <w:tc>
          <w:tcPr>
            <w:tcW w:type="dxa" w:w="1276"/>
            <w:tcBorders>
              <w:bottom w:val="single" w:sz="6" w:color="9AA7B8"/>
            </w:tcBorders>
          </w:tcPr>
          <w:p>
            <w:pPr>
              <w:spacing w:after="0"/>
            </w:pPr>
            <w:r>
              <w:t xml:space="preserve"> </w:t>
            </w:r>
          </w:p>
        </w:tc>
        <w:tc>
          <w:tcPr>
            <w:tcW w:type="dxa" w:w="170"/>
          </w:tcPr>
          <w:p>
            <w:pPr>
              <w:spacing w:after="0"/>
            </w:pPr>
          </w:p>
        </w:tc>
        <w:tc>
          <w:tcPr>
            <w:tcW w:type="dxa" w:w="3203"/>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9467"/>
        <w:gridCol w:w="170"/>
      </w:tblGrid>
      <w:tr>
        <w:tc>
          <w:tcPr>
            <w:tcW w:type="dxa" w:w="9468"/>
          </w:tcPr>
          <w:p>
            <w:pPr>
              <w:spacing w:after="0"/>
            </w:pPr>
            <w:r>
              <w:rPr>
                <w:color w:val="5B6573"/>
                <w:sz w:val="17"/>
              </w:rPr>
              <w:t>Via / Piazza e numero civico</w:t>
            </w:r>
          </w:p>
        </w:tc>
        <w:tc>
          <w:tcPr>
            <w:tcW w:type="dxa" w:w="170"/>
          </w:tcPr>
          <w:p>
            <w:pPr>
              <w:spacing w:after="0"/>
            </w:pPr>
          </w:p>
        </w:tc>
      </w:tr>
      <w:tr>
        <w:trPr>
          <w:trHeight w:val="312"/>
        </w:trPr>
        <w:tc>
          <w:tcPr>
            <w:tcW w:type="dxa" w:w="9468"/>
            <w:tcBorders>
              <w:bottom w:val="single" w:sz="6" w:color="9AA7B8"/>
            </w:tcBorders>
          </w:tcPr>
          <w:p>
            <w:pPr>
              <w:spacing w:after="0"/>
            </w:pPr>
            <w:r>
              <w:t xml:space="preserve"> </w:t>
            </w:r>
          </w:p>
        </w:tc>
        <w:tc>
          <w:tcPr>
            <w:tcW w:type="dxa" w:w="170"/>
          </w:tcPr>
          <w:p>
            <w:pPr>
              <w:spacing w:after="0"/>
            </w:pPr>
          </w:p>
        </w:tc>
      </w:tr>
    </w:tbl>
    <w:p>
      <w:pPr>
        <w:spacing w:after="0" w:line="140" w:lineRule="exact"/>
      </w:pPr>
    </w:p>
    <w:p>
      <w:pPr>
        <w:spacing w:before="120"/>
      </w:pPr>
      <w:r>
        <w:t>nel pieno possesso delle mie facoltà mentali, con il presente testamento olografo revoco ogni mia precedente disposizione di ultima volontà e dispongo dei miei beni per il tempo in cui avrò cessato di vivere come segue.</w:t>
      </w:r>
    </w:p>
    <w:p>
      <w:pPr>
        <w:spacing w:before="120"/>
      </w:pPr>
      <w:r>
        <w:t>1) Nomino mio/i erede/i universale/i, in parti uguali salvo quanto indicato: ______________________________________________________________________ .</w:t>
      </w:r>
    </w:p>
    <w:p>
      <w:pPr>
        <w:spacing w:before="120"/>
      </w:pPr>
      <w:r>
        <w:t>2) Lascio a titolo di legato a ______________________________ il seguente bene / la somma di euro ______________: ______________________________________________________ .</w:t>
      </w:r>
    </w:p>
    <w:p>
      <w:pPr>
        <w:spacing w:before="120"/>
      </w:pPr>
      <w:r>
        <w:t>3) Lascio a titolo di legato a ______________________________ : ______________________________________________________________________ .</w:t>
      </w:r>
    </w:p>
    <w:p>
      <w:pPr>
        <w:spacing w:before="120"/>
      </w:pPr>
      <w:r>
        <w:t>4) Nomino esecutore testamentario ______________________________ . Desidero che le mie esequie ______________________________________________ .</w:t>
      </w:r>
    </w:p>
    <w:p>
      <w:pPr>
        <w:spacing w:before="120"/>
      </w:pPr>
      <w:r>
        <w:t>Scritto, datato e firmato interamente di mio pugno.</w:t>
      </w:r>
    </w:p>
    <w:p/>
    <w:tbl>
      <w:tblPr>
        <w:tblW w:type="auto" w:w="0"/>
        <w:tblLayout w:type="fixed"/>
        <w:tblLook w:firstColumn="1" w:firstRow="1" w:lastColumn="0" w:lastRow="0" w:noHBand="0" w:noVBand="1" w:val="04A0"/>
        <w:tblLayout w:type="fixed"/>
      </w:tblPr>
      <w:tblGrid>
        <w:gridCol w:w="3877"/>
        <w:gridCol w:w="170"/>
        <w:gridCol w:w="1082"/>
        <w:gridCol w:w="170"/>
        <w:gridCol w:w="4166"/>
        <w:gridCol w:w="170"/>
      </w:tblGrid>
      <w:tr>
        <w:tc>
          <w:tcPr>
            <w:tcW w:type="dxa" w:w="3878"/>
          </w:tcPr>
          <w:p>
            <w:pPr>
              <w:spacing w:after="0"/>
            </w:pPr>
            <w:r>
              <w:rPr>
                <w:color w:val="5B6573"/>
                <w:sz w:val="17"/>
              </w:rPr>
              <w:t>Luogo e data</w:t>
            </w:r>
          </w:p>
        </w:tc>
        <w:tc>
          <w:tcPr>
            <w:tcW w:type="dxa" w:w="170"/>
          </w:tcPr>
          <w:p>
            <w:pPr>
              <w:spacing w:after="0"/>
            </w:pPr>
          </w:p>
        </w:tc>
        <w:tc>
          <w:tcPr>
            <w:tcW w:type="dxa" w:w="1083"/>
          </w:tcPr>
          <w:p>
            <w:pPr>
              <w:spacing w:after="0"/>
            </w:pPr>
            <w:r>
              <w:rPr>
                <w:color w:val="5B6573"/>
                <w:sz w:val="17"/>
              </w:rPr>
            </w:r>
          </w:p>
        </w:tc>
        <w:tc>
          <w:tcPr>
            <w:tcW w:type="dxa" w:w="170"/>
          </w:tcPr>
          <w:p>
            <w:pPr>
              <w:spacing w:after="0"/>
            </w:pPr>
          </w:p>
        </w:tc>
        <w:tc>
          <w:tcPr>
            <w:tcW w:type="dxa" w:w="4167"/>
          </w:tcPr>
          <w:p>
            <w:pPr>
              <w:spacing w:after="0"/>
            </w:pPr>
            <w:r>
              <w:rPr>
                <w:color w:val="5B6573"/>
                <w:sz w:val="17"/>
              </w:rPr>
              <w:t>Firma (nome e cognome)</w:t>
            </w:r>
          </w:p>
        </w:tc>
        <w:tc>
          <w:tcPr>
            <w:tcW w:type="dxa" w:w="170"/>
          </w:tcPr>
          <w:p>
            <w:pPr>
              <w:spacing w:after="0"/>
            </w:pPr>
          </w:p>
        </w:tc>
      </w:tr>
      <w:tr>
        <w:trPr>
          <w:trHeight w:val="312"/>
        </w:trPr>
        <w:tc>
          <w:tcPr>
            <w:tcW w:type="dxa" w:w="3878"/>
            <w:tcBorders>
              <w:bottom w:val="single" w:sz="6" w:color="9AA7B8"/>
            </w:tcBorders>
          </w:tcPr>
          <w:p>
            <w:pPr>
              <w:spacing w:after="0"/>
            </w:pPr>
            <w:r>
              <w:t xml:space="preserve"> </w:t>
            </w:r>
          </w:p>
        </w:tc>
        <w:tc>
          <w:tcPr>
            <w:tcW w:type="dxa" w:w="170"/>
          </w:tcPr>
          <w:p>
            <w:pPr>
              <w:spacing w:after="0"/>
            </w:pPr>
          </w:p>
        </w:tc>
        <w:tc>
          <w:tcPr>
            <w:tcW w:type="dxa" w:w="1083"/>
          </w:tcPr>
          <w:p>
            <w:pPr>
              <w:spacing w:after="0"/>
            </w:pPr>
            <w:r>
              <w:t xml:space="preserve"> </w:t>
            </w:r>
          </w:p>
        </w:tc>
        <w:tc>
          <w:tcPr>
            <w:tcW w:type="dxa" w:w="170"/>
          </w:tcPr>
          <w:p>
            <w:pPr>
              <w:spacing w:after="0"/>
            </w:pPr>
          </w:p>
        </w:tc>
        <w:tc>
          <w:tcPr>
            <w:tcW w:type="dxa" w:w="4167"/>
            <w:tcBorders>
              <w:bottom w:val="single" w:sz="6" w:color="9AA7B8"/>
            </w:tcBorders>
          </w:tcPr>
          <w:p>
            <w:pPr>
              <w:spacing w:after="0"/>
            </w:pPr>
            <w:r>
              <w:t xml:space="preserve"> </w:t>
            </w:r>
          </w:p>
        </w:tc>
        <w:tc>
          <w:tcPr>
            <w:tcW w:type="dxa" w:w="170"/>
          </w:tcPr>
          <w:p>
            <w:pPr>
              <w:spacing w:after="0"/>
            </w:pPr>
          </w:p>
        </w:tc>
      </w:tr>
    </w:tbl>
    <w:p>
      <w:pPr>
        <w:spacing w:after="0" w:line="140" w:lineRule="exact"/>
      </w:pPr>
    </w:p>
    <w:p>
      <w:pPr>
        <w:spacing w:before="120"/>
      </w:pPr>
      <w:r>
        <w:rPr>
          <w:color w:val="5B6573"/>
          <w:sz w:val="16"/>
        </w:rPr>
        <w:t>La data va scritta per intero (giorno, mese, anno). La firma va messa dopo l'ultima disposizione. Rispetta le quote di legittima di coniuge, figli e, in mancanza di figli, genitori (artt. 536-548 c.c.).</w:t>
      </w:r>
    </w:p>
    <w:sectPr w:rsidR="00FC693F" w:rsidRPr="0006063C" w:rsidSect="00034616">
      <w:footerReference w:type="default" r:id="rId9"/>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9CA3AF"/>
        <w:sz w:val="15"/>
      </w:rPr>
      <w:t>Modulo gratuito · ProntoModuli · prontomoduli.it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Testamento Olografo</dc:title>
  <dc:subject/>
  <dc:creator>ProntoModuli</dc:creator>
  <cp:keywords/>
  <dc:description>generated by python-docx</dc:description>
  <cp:lastModifiedBy/>
  <cp:revision>1</cp:revision>
  <dcterms:created xsi:type="dcterms:W3CDTF">2013-12-23T23:15:00Z</dcterms:created>
  <dcterms:modified xsi:type="dcterms:W3CDTF">2013-12-23T23:15:00Z</dcterms:modified>
  <cp:category/>
</cp:coreProperties>
</file>