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RIMBORSO CHILOMETRICO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Uso dell'auto propria per lavoro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Richiedente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Periodo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094"/>
        <w:gridCol w:w="170"/>
        <w:gridCol w:w="3203"/>
        <w:gridCol w:w="170"/>
      </w:tblGrid>
      <w:tr>
        <w:tc>
          <w:tcPr>
            <w:tcW w:type="dxa" w:w="6094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Auto (marca, modello, alimentazione) e targa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Costo al km tabelle ACI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6094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52"/>
        <w:gridCol w:w="3084"/>
        <w:gridCol w:w="2891"/>
        <w:gridCol w:w="963"/>
        <w:gridCol w:w="1445"/>
      </w:tblGrid>
      <w:tr>
        <w:tc>
          <w:tcPr>
            <w:tcW w:type="dxa" w:w="1253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Data</w:t>
            </w:r>
          </w:p>
        </w:tc>
        <w:tc>
          <w:tcPr>
            <w:tcW w:type="dxa" w:w="3084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Da · a</w:t>
            </w:r>
          </w:p>
        </w:tc>
        <w:tc>
          <w:tcPr>
            <w:tcW w:type="dxa" w:w="2891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Motivo</w:t>
            </w:r>
          </w:p>
        </w:tc>
        <w:tc>
          <w:tcPr>
            <w:tcW w:type="dxa" w:w="964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Km</w:t>
            </w:r>
          </w:p>
        </w:tc>
        <w:tc>
          <w:tcPr>
            <w:tcW w:type="dxa" w:w="1446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Pedaggi €</w:t>
            </w:r>
          </w:p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  <w:tr>
        <w:trPr>
          <w:trHeight w:val="397"/>
        </w:trPr>
        <w:tc>
          <w:tcPr>
            <w:tcW w:type="dxa" w:w="1253"/>
          </w:tcPr>
          <w:p/>
        </w:tc>
        <w:tc>
          <w:tcPr>
            <w:tcW w:type="dxa" w:w="3084"/>
          </w:tcPr>
          <w:p/>
        </w:tc>
        <w:tc>
          <w:tcPr>
            <w:tcW w:type="dxa" w:w="2891"/>
          </w:tcPr>
          <w:p/>
        </w:tc>
        <w:tc>
          <w:tcPr>
            <w:tcW w:type="dxa" w:w="964"/>
          </w:tcPr>
          <w:p/>
        </w:tc>
        <w:tc>
          <w:tcPr>
            <w:tcW w:type="dxa" w:w="1446"/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239"/>
        <w:gridCol w:w="170"/>
        <w:gridCol w:w="2239"/>
        <w:gridCol w:w="170"/>
        <w:gridCol w:w="2239"/>
        <w:gridCol w:w="170"/>
        <w:gridCol w:w="2239"/>
        <w:gridCol w:w="170"/>
      </w:tblGrid>
      <w:tr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Km totali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Km × costo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Pedaggi e parcheggi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Totale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richiedente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Approvato da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Rimborso Chilometrico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