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RICORSO AL PREFETTO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contro verbale di violazione del Codice della strada · art. 203 D.Lgs. 285/1992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Al Prefetto di ______________ (tramite l'organo accertatore: indirizzo o PEC)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Oggetto: ricorso ai sensi dell'art. 203 del Codice della strada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sottoscritto/a: cognome e 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in qualità di ☐ proprietario ☐ conducente del veicolo, propone ricorso contro il seguente verbale: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2721"/>
        <w:gridCol w:w="170"/>
        <w:gridCol w:w="3685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Verbale n.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Del (data infrazione)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Notificato / contestato 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Elevato da (Polizia Locale di…, Polizia Stradale…)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Targa veicolo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Violazione contestata (articolo e importo)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per i seguenti motivi: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1.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2.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3.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Chiede pertanto l'archiviazione del verbale e chiede di essere sentito/a personalmente ☐ sì ☐ no. Allega: copia del verbale, documento d'identità, ______________.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ricorrente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Ricorso Al Prefetto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