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RICORSO AL GIUDICE DI PACE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opposizione a sanzione del Codice della strada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 Giudice di Pace di ______________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Ricorso in opposizione a verbale di accertamento (art. 204-bis C.d.S. e art. 7 D.Lgs. 150/2011)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sottoscritto/a, ricorrente: cognome e 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contro ______________________ (amministrazione che ha elevato la sanzione), propone opposizione avverso il seguente verbale: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2721"/>
        <w:gridCol w:w="170"/>
        <w:gridCol w:w="3685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Verbale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Del (data infrazione)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Notificato / contestato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Elevato da (Polizia Locale di…, Polizia Stradale…)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Targa veicolo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Violazione contestata (articolo e importo)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per i seguenti motivi: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1.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2.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3.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4.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Chiede: l'annullamento del verbale; ☐ la sospensione dell'efficacia esecutiva del provvedimento per i seguenti gravi motivi: ______________; con vittoria di spese. Allega: copia del verbale, documento d'identità, prova del pagamento del contributo unificato, ______________.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ricorrente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Ricorso Al Giudice Di Pace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