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RICHIESTA DI RIMBORSO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Lettera al venditore / fornitore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Mittente: nome, indirizzo, recapiti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Destinatario: nome e 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richiesta di rimborso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Riferimento (ordine / fattura / contratto n. e data)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Il/La sottoscritto/a, con riferimento a quanto sopra, espone quanto segue: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Chiede pertanto il rimborso della somma di euro __________ entro ____ giorni dal ricevimento della presente, mediante bonifico sul seguente IBAN: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IBAN e intestatario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allegano: ______________________________ (ricevute, foto, corrispondenza). In mancanza di riscontro si riserva di tutelare i propri diritti nelle sedi opportune.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Rimborso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