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RICHIESTA DI ACCESSO AGLI ATTI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Accesso ai documenti amministrativi · L. 7 agosto 1990, n. 241, artt. 22-25 · D.P.R. 184/2006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All'ente / ufficio che detiene i documenti (Comune di …, Ufficio …; Scuola …; ASL …)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richiesta di accesso ai documenti amministrativi (artt. 22 e seguenti L. 241/1990)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PEC / email per le comunicazioni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Telefono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 qualità di (interessato, proprietario confinante, legale rappresentante di …)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CHIEDE di ☐ prendere visione ☐ ottenere copia semplice ☐ ottenere copia conforme ☐ in formato elettronico, via PEC/email, dei seguenti documenti: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Documenti richiesti (tipo, numero di pratica/protocollo, data, oggetto)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Motivazione: interesse diretto, concreto e attuale e uso che si intende fare dei documenti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Dichiara di essere consapevole che l'ente comunicherà la richiesta a eventuali controinteressati e si impegna a pagare i costi di riproduzione previsti.</w:t>
      </w:r>
    </w:p>
    <w:p>
      <w:pPr>
        <w:spacing w:before="120"/>
      </w:pPr>
      <w:r>
        <w:t>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richiedente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jc w:val="center"/>
      </w:pPr>
      <w:r>
        <w:rPr>
          <w:b/>
          <w:color w:val="185ABD"/>
          <w:sz w:val="26"/>
        </w:rPr>
        <w:t>DELEGA AL RITIRO</w:t>
      </w:r>
    </w:p>
    <w:p>
      <w:pPr>
        <w:spacing w:before="120"/>
      </w:pPr>
      <w:r>
        <w:t>Il/La richiedente delega il/la sig./sig.ra ______________________________, nato/a a ______________ il ______________, documento ______________________, a prendere visione e ritirare le copie dei documenti sopra indicati. Si allegano i documenti d'identità di entrambi.   Firma del delegante ______________________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Accesso Agli Atti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