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RICEVUTA DI PAGAMENTO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Quietanza · art. 1199 c.c.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2721"/>
        <w:gridCol w:w="170"/>
        <w:gridCol w:w="3685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Ricevuta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Importo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(chi riceve)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dichiara di aver ricevuto da: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 e cognome (chi paga)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la somma di euro (in lettere)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 titolo di (saldo, acconto, caparra, restituzione prestito…)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Pagata con (contanti, bonifico, assegno n.)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Chi riceve il pagamento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Marca da bollo da 2 euro per importi superiori a 77,47 euro non soggetti a IVA.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Ricevuta Di Pagamento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