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RICEVUTA DI PAGAMENTO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Canone di locazione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2721"/>
        <w:gridCol w:w="170"/>
        <w:gridCol w:w="3685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Ricevuta n.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Importo (euro)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sottoscritto/a, locatore: cognome e nome (o ragione sociale)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685"/>
        <w:gridCol w:w="170"/>
        <w:gridCol w:w="5612"/>
        <w:gridCol w:w="170"/>
      </w:tblGrid>
      <w:tr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 /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 (indirizzo completo)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dichiara di aver ricevuto da: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Conduttore: cognome e nome (o ragione sociale)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685"/>
        <w:gridCol w:w="170"/>
        <w:gridCol w:w="5612"/>
        <w:gridCol w:w="170"/>
      </w:tblGrid>
      <w:tr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 /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 (indirizzo completo)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la somma di euro (in lettere)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 titolo di canone di locazione per il mese / periodo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relativo all'immobile in (indirizzo)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Contratto registrato il / n.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Pagamento con (bonifico, assegno…)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☐ Spese condominiali / accessorie comprese: euro __________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locatore (firma per quietanza)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Marca da bollo da 2 euro per importi superiori a 77,47 euro non soggetti a IVA.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Ricevuta Di Pagamento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