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NOTA SPESE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Richiesta di rimborso spese di lavoro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Richiedente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Ufficio / reparto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Trasferta / motivo e periodo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49"/>
        <w:gridCol w:w="4240"/>
        <w:gridCol w:w="1927"/>
        <w:gridCol w:w="2120"/>
      </w:tblGrid>
      <w:tr>
        <w:tc>
          <w:tcPr>
            <w:tcW w:type="dxa" w:w="1349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Data</w:t>
            </w:r>
          </w:p>
        </w:tc>
        <w:tc>
          <w:tcPr>
            <w:tcW w:type="dxa" w:w="4241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Descrizione e motivo</w:t>
            </w:r>
          </w:p>
        </w:tc>
        <w:tc>
          <w:tcPr>
            <w:tcW w:type="dxa" w:w="1928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Categoria</w:t>
            </w:r>
          </w:p>
        </w:tc>
        <w:tc>
          <w:tcPr>
            <w:tcW w:type="dxa" w:w="2120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Importo €</w:t>
            </w:r>
          </w:p>
        </w:tc>
      </w:tr>
      <w:tr>
        <w:trPr>
          <w:trHeight w:val="397"/>
        </w:trPr>
        <w:tc>
          <w:tcPr>
            <w:tcW w:type="dxa" w:w="1349"/>
          </w:tcPr>
          <w:p/>
        </w:tc>
        <w:tc>
          <w:tcPr>
            <w:tcW w:type="dxa" w:w="4241"/>
          </w:tcPr>
          <w:p/>
        </w:tc>
        <w:tc>
          <w:tcPr>
            <w:tcW w:type="dxa" w:w="1928"/>
          </w:tcPr>
          <w:p/>
        </w:tc>
        <w:tc>
          <w:tcPr>
            <w:tcW w:type="dxa" w:w="2120"/>
          </w:tcPr>
          <w:p/>
        </w:tc>
      </w:tr>
      <w:tr>
        <w:trPr>
          <w:trHeight w:val="397"/>
        </w:trPr>
        <w:tc>
          <w:tcPr>
            <w:tcW w:type="dxa" w:w="1349"/>
          </w:tcPr>
          <w:p/>
        </w:tc>
        <w:tc>
          <w:tcPr>
            <w:tcW w:type="dxa" w:w="4241"/>
          </w:tcPr>
          <w:p/>
        </w:tc>
        <w:tc>
          <w:tcPr>
            <w:tcW w:type="dxa" w:w="1928"/>
          </w:tcPr>
          <w:p/>
        </w:tc>
        <w:tc>
          <w:tcPr>
            <w:tcW w:type="dxa" w:w="2120"/>
          </w:tcPr>
          <w:p/>
        </w:tc>
      </w:tr>
      <w:tr>
        <w:trPr>
          <w:trHeight w:val="397"/>
        </w:trPr>
        <w:tc>
          <w:tcPr>
            <w:tcW w:type="dxa" w:w="1349"/>
          </w:tcPr>
          <w:p/>
        </w:tc>
        <w:tc>
          <w:tcPr>
            <w:tcW w:type="dxa" w:w="4241"/>
          </w:tcPr>
          <w:p/>
        </w:tc>
        <w:tc>
          <w:tcPr>
            <w:tcW w:type="dxa" w:w="1928"/>
          </w:tcPr>
          <w:p/>
        </w:tc>
        <w:tc>
          <w:tcPr>
            <w:tcW w:type="dxa" w:w="2120"/>
          </w:tcPr>
          <w:p/>
        </w:tc>
      </w:tr>
      <w:tr>
        <w:trPr>
          <w:trHeight w:val="397"/>
        </w:trPr>
        <w:tc>
          <w:tcPr>
            <w:tcW w:type="dxa" w:w="1349"/>
          </w:tcPr>
          <w:p/>
        </w:tc>
        <w:tc>
          <w:tcPr>
            <w:tcW w:type="dxa" w:w="4241"/>
          </w:tcPr>
          <w:p/>
        </w:tc>
        <w:tc>
          <w:tcPr>
            <w:tcW w:type="dxa" w:w="1928"/>
          </w:tcPr>
          <w:p/>
        </w:tc>
        <w:tc>
          <w:tcPr>
            <w:tcW w:type="dxa" w:w="2120"/>
          </w:tcPr>
          <w:p/>
        </w:tc>
      </w:tr>
      <w:tr>
        <w:trPr>
          <w:trHeight w:val="397"/>
        </w:trPr>
        <w:tc>
          <w:tcPr>
            <w:tcW w:type="dxa" w:w="1349"/>
          </w:tcPr>
          <w:p/>
        </w:tc>
        <w:tc>
          <w:tcPr>
            <w:tcW w:type="dxa" w:w="4241"/>
          </w:tcPr>
          <w:p/>
        </w:tc>
        <w:tc>
          <w:tcPr>
            <w:tcW w:type="dxa" w:w="1928"/>
          </w:tcPr>
          <w:p/>
        </w:tc>
        <w:tc>
          <w:tcPr>
            <w:tcW w:type="dxa" w:w="2120"/>
          </w:tcPr>
          <w:p/>
        </w:tc>
      </w:tr>
      <w:tr>
        <w:trPr>
          <w:trHeight w:val="397"/>
        </w:trPr>
        <w:tc>
          <w:tcPr>
            <w:tcW w:type="dxa" w:w="1349"/>
          </w:tcPr>
          <w:p/>
        </w:tc>
        <w:tc>
          <w:tcPr>
            <w:tcW w:type="dxa" w:w="4241"/>
          </w:tcPr>
          <w:p/>
        </w:tc>
        <w:tc>
          <w:tcPr>
            <w:tcW w:type="dxa" w:w="1928"/>
          </w:tcPr>
          <w:p/>
        </w:tc>
        <w:tc>
          <w:tcPr>
            <w:tcW w:type="dxa" w:w="2120"/>
          </w:tcPr>
          <w:p/>
        </w:tc>
      </w:tr>
      <w:tr>
        <w:trPr>
          <w:trHeight w:val="397"/>
        </w:trPr>
        <w:tc>
          <w:tcPr>
            <w:tcW w:type="dxa" w:w="1349"/>
          </w:tcPr>
          <w:p/>
        </w:tc>
        <w:tc>
          <w:tcPr>
            <w:tcW w:type="dxa" w:w="4241"/>
          </w:tcPr>
          <w:p/>
        </w:tc>
        <w:tc>
          <w:tcPr>
            <w:tcW w:type="dxa" w:w="1928"/>
          </w:tcPr>
          <w:p/>
        </w:tc>
        <w:tc>
          <w:tcPr>
            <w:tcW w:type="dxa" w:w="2120"/>
          </w:tcPr>
          <w:p/>
        </w:tc>
      </w:tr>
      <w:tr>
        <w:trPr>
          <w:trHeight w:val="397"/>
        </w:trPr>
        <w:tc>
          <w:tcPr>
            <w:tcW w:type="dxa" w:w="1349"/>
          </w:tcPr>
          <w:p/>
        </w:tc>
        <w:tc>
          <w:tcPr>
            <w:tcW w:type="dxa" w:w="4241"/>
          </w:tcPr>
          <w:p/>
        </w:tc>
        <w:tc>
          <w:tcPr>
            <w:tcW w:type="dxa" w:w="1928"/>
          </w:tcPr>
          <w:p/>
        </w:tc>
        <w:tc>
          <w:tcPr>
            <w:tcW w:type="dxa" w:w="2120"/>
          </w:tcPr>
          <w:p/>
        </w:tc>
      </w:tr>
      <w:tr>
        <w:trPr>
          <w:trHeight w:val="397"/>
        </w:trPr>
        <w:tc>
          <w:tcPr>
            <w:tcW w:type="dxa" w:w="1349"/>
          </w:tcPr>
          <w:p/>
        </w:tc>
        <w:tc>
          <w:tcPr>
            <w:tcW w:type="dxa" w:w="4241"/>
          </w:tcPr>
          <w:p/>
        </w:tc>
        <w:tc>
          <w:tcPr>
            <w:tcW w:type="dxa" w:w="1928"/>
          </w:tcPr>
          <w:p/>
        </w:tc>
        <w:tc>
          <w:tcPr>
            <w:tcW w:type="dxa" w:w="2120"/>
          </w:tcPr>
          <w:p/>
        </w:tc>
      </w:tr>
      <w:tr>
        <w:trPr>
          <w:trHeight w:val="397"/>
        </w:trPr>
        <w:tc>
          <w:tcPr>
            <w:tcW w:type="dxa" w:w="1349"/>
          </w:tcPr>
          <w:p/>
        </w:tc>
        <w:tc>
          <w:tcPr>
            <w:tcW w:type="dxa" w:w="4241"/>
          </w:tcPr>
          <w:p/>
        </w:tc>
        <w:tc>
          <w:tcPr>
            <w:tcW w:type="dxa" w:w="1928"/>
          </w:tcPr>
          <w:p/>
        </w:tc>
        <w:tc>
          <w:tcPr>
            <w:tcW w:type="dxa" w:w="2120"/>
          </w:tcPr>
          <w:p/>
        </w:tc>
      </w:tr>
      <w:tr>
        <w:trPr>
          <w:trHeight w:val="397"/>
        </w:trPr>
        <w:tc>
          <w:tcPr>
            <w:tcW w:type="dxa" w:w="1349"/>
          </w:tcPr>
          <w:p/>
        </w:tc>
        <w:tc>
          <w:tcPr>
            <w:tcW w:type="dxa" w:w="4241"/>
          </w:tcPr>
          <w:p/>
        </w:tc>
        <w:tc>
          <w:tcPr>
            <w:tcW w:type="dxa" w:w="1928"/>
          </w:tcPr>
          <w:p/>
        </w:tc>
        <w:tc>
          <w:tcPr>
            <w:tcW w:type="dxa" w:w="2120"/>
          </w:tcPr>
          <w:p/>
        </w:tc>
      </w:tr>
      <w:tr>
        <w:trPr>
          <w:trHeight w:val="397"/>
        </w:trPr>
        <w:tc>
          <w:tcPr>
            <w:tcW w:type="dxa" w:w="1349"/>
          </w:tcPr>
          <w:p/>
        </w:tc>
        <w:tc>
          <w:tcPr>
            <w:tcW w:type="dxa" w:w="4241"/>
          </w:tcPr>
          <w:p/>
        </w:tc>
        <w:tc>
          <w:tcPr>
            <w:tcW w:type="dxa" w:w="1928"/>
          </w:tcPr>
          <w:p/>
        </w:tc>
        <w:tc>
          <w:tcPr>
            <w:tcW w:type="dxa" w:w="2120"/>
          </w:tcPr>
          <w:p/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010"/>
        <w:gridCol w:w="170"/>
        <w:gridCol w:w="3010"/>
        <w:gridCol w:w="170"/>
        <w:gridCol w:w="3106"/>
        <w:gridCol w:w="170"/>
      </w:tblGrid>
      <w:tr>
        <w:tc>
          <w:tcPr>
            <w:tcW w:type="dxa" w:w="3010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Totale spese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010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Anticipi ricevuti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10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 rimborsare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010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010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10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Si allegano n. ____ giustificativi.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richiedente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Approvato da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Spese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