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DELEGA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Fac simile di delega generica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(delegante, 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(delegato, 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Documento d'identità (tipo e numero)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Rilasciato da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 compiere in mio nome e per mio conto la seguente operazione: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Allego fotocopia del mio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delegante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Il delegato deve presentarsi con un proprio documento d'identità valido. La delega su carta semplice non richiede marca da bollo. Se l'ufficio ha un proprio modulo di delega, usa quello.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