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DOCUMENTO DI TRASPORTO (DDT)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D.P.R. 14 agosto 1996, n. 472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39"/>
        <w:gridCol w:w="170"/>
        <w:gridCol w:w="2239"/>
        <w:gridCol w:w="170"/>
        <w:gridCol w:w="4648"/>
        <w:gridCol w:w="170"/>
      </w:tblGrid>
      <w:tr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DDT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Causale del trasporto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Cedente / mittente: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Cessionario / destinatario: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di destinazione (se diverso)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45"/>
        <w:gridCol w:w="5300"/>
        <w:gridCol w:w="1156"/>
        <w:gridCol w:w="1734"/>
      </w:tblGrid>
      <w:tr>
        <w:tc>
          <w:tcPr>
            <w:tcW w:type="dxa" w:w="1446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Codice</w:t>
            </w:r>
          </w:p>
        </w:tc>
        <w:tc>
          <w:tcPr>
            <w:tcW w:type="dxa" w:w="530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Descrizione dei beni</w:t>
            </w:r>
          </w:p>
        </w:tc>
        <w:tc>
          <w:tcPr>
            <w:tcW w:type="dxa" w:w="1157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U.M.</w:t>
            </w:r>
          </w:p>
        </w:tc>
        <w:tc>
          <w:tcPr>
            <w:tcW w:type="dxa" w:w="1735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Quantità</w:t>
            </w:r>
          </w:p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1446"/>
          </w:tcPr>
          <w:p/>
        </w:tc>
        <w:tc>
          <w:tcPr>
            <w:tcW w:type="dxa" w:w="5301"/>
          </w:tcPr>
          <w:p/>
        </w:tc>
        <w:tc>
          <w:tcPr>
            <w:tcW w:type="dxa" w:w="1157"/>
          </w:tcPr>
          <w:p/>
        </w:tc>
        <w:tc>
          <w:tcPr>
            <w:tcW w:type="dxa" w:w="1735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Trasporto a cura di (mittente / destinatario / vettore)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N. colli / peso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2721"/>
        <w:gridCol w:w="170"/>
        <w:gridCol w:w="2721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 e ora inizio trasporto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 conducente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 destinatario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Di Trasporto (Ddt)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