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LETTERA DI REFERENZE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Esempio da adattare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Chi scrive: nome e cognome / azienda · ruolo · telefono · email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 chi di competenza / Alla c.a. di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lettera di referenze per ______________________________</w:t>
      </w:r>
    </w:p>
    <w:p>
      <w:pPr>
        <w:spacing w:before="120"/>
      </w:pPr>
      <w:r>
        <w:t>Il/La sottoscritto/a ______________________________, in qualità di ______________________ presso ______________________, dichiara che il/la sig./sig.ra ______________________________ ha lavorato con noi dal ______________ al ______________ con la mansione di ______________________ (☐ a tempo pieno ☐ part time ☐ convivente ☐ a ore).</w:t>
      </w:r>
    </w:p>
    <w:p>
      <w:pPr>
        <w:spacing w:before="120"/>
      </w:pPr>
      <w:r>
        <w:t>In questo periodo si è occupato/a di: ______________________________________________________________________________.</w:t>
      </w:r>
    </w:p>
    <w:p>
      <w:pPr>
        <w:spacing w:before="120"/>
      </w:pPr>
      <w:r>
        <w:t>Ha sempre dimostrato ______________________ (per esempio: puntualità e affidabilità; autonomia nell'organizzare il lavoro; attenzione e pazienza con ______; precisione nella gestione di ______). In particolare ricordo che ______________________________________________.</w:t>
      </w:r>
    </w:p>
    <w:p>
      <w:pPr>
        <w:spacing w:before="120"/>
      </w:pPr>
      <w:r>
        <w:t>Il rapporto si è concluso per ______________________ (trasferimento, fine del contratto, chiusura dell'attività, scelta personale). Lo/La raccomando senza riserve e resto a disposizione per qualsiasi informazione ai recapiti indicati.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Firma (e timbro, se azienda)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 Di Referenze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