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DI PRESENTAZIONE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Esempio da adattare alla candidatura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 e cognome · telefono ·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Alla c.a. di (responsabile) · azienda · 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candidatura per la posizione di ______________________</w:t>
      </w:r>
    </w:p>
    <w:p>
      <w:pPr>
        <w:spacing w:before="120"/>
      </w:pPr>
      <w:r>
        <w:t>Gentile ______________, ho letto con interesse il vostro annuncio per la posizione di ______________________ pubblicato su ______________ e vi invio la mia candidatura.</w:t>
      </w:r>
    </w:p>
    <w:p>
      <w:pPr>
        <w:spacing w:before="120"/>
      </w:pPr>
      <w:r>
        <w:t>Negli ultimi ____ anni ho lavorato come ______________________ presso ______________, dove mi sono occupato/a di ______________________. Tra i risultati di cui sono più soddisfatto/a: ______________________________________________.</w:t>
      </w:r>
    </w:p>
    <w:p>
      <w:pPr>
        <w:spacing w:before="120"/>
      </w:pPr>
      <w:r>
        <w:t>Mi interessa lavorare con voi perché ______________________________________________. Penso di poter contribuire con ______________________________________________.</w:t>
      </w:r>
    </w:p>
    <w:p>
      <w:pPr>
        <w:spacing w:before="120"/>
      </w:pPr>
      <w:r>
        <w:t>Allego il mio curriculum e resto a disposizione per un colloquio, anche telefonico. Vi ringrazio per l'attenzione e porgo cordiali saluti.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Presentazione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