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RACCOMANDATA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Fac simile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Mittente: nome, indirizzo, recapiti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Destinatario: nome e 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Raccomandata A/R     ☐ Raccomandata a mano     ☐ PEC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Allegati: ______________________________________________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Per ricevuta (solo raccomandata a mano) · firma e data del destinatario: ______________________________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Raccomandata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