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PREVENTIVO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Offerta per lavori, forniture o servizi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2721"/>
        <w:gridCol w:w="170"/>
        <w:gridCol w:w="3685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Preventivo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Valido fino al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Fornitore: denominazione / nome e cognome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P. IVA / 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/ sede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Cliente: denominazione / nome e cognome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P. IVA / 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/ sede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433"/>
        <w:gridCol w:w="963"/>
        <w:gridCol w:w="1542"/>
        <w:gridCol w:w="963"/>
        <w:gridCol w:w="1734"/>
      </w:tblGrid>
      <w:tr>
        <w:tc>
          <w:tcPr>
            <w:tcW w:type="dxa" w:w="4433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Descrizione</w:t>
            </w:r>
          </w:p>
        </w:tc>
        <w:tc>
          <w:tcPr>
            <w:tcW w:type="dxa" w:w="964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Q.tà</w:t>
            </w:r>
          </w:p>
        </w:tc>
        <w:tc>
          <w:tcPr>
            <w:tcW w:type="dxa" w:w="1542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Prezzo €</w:t>
            </w:r>
          </w:p>
        </w:tc>
        <w:tc>
          <w:tcPr>
            <w:tcW w:type="dxa" w:w="964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IVA %</w:t>
            </w:r>
          </w:p>
        </w:tc>
        <w:tc>
          <w:tcPr>
            <w:tcW w:type="dxa" w:w="1735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Totale €</w:t>
            </w:r>
          </w:p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  <w:tr>
        <w:trPr>
          <w:trHeight w:val="397"/>
        </w:trPr>
        <w:tc>
          <w:tcPr>
            <w:tcW w:type="dxa" w:w="4433"/>
          </w:tcPr>
          <w:p/>
        </w:tc>
        <w:tc>
          <w:tcPr>
            <w:tcW w:type="dxa" w:w="964"/>
          </w:tcPr>
          <w:p/>
        </w:tc>
        <w:tc>
          <w:tcPr>
            <w:tcW w:type="dxa" w:w="1542"/>
          </w:tcPr>
          <w:p/>
        </w:tc>
        <w:tc>
          <w:tcPr>
            <w:tcW w:type="dxa" w:w="964"/>
          </w:tcPr>
          <w:p/>
        </w:tc>
        <w:tc>
          <w:tcPr>
            <w:tcW w:type="dxa" w:w="1735"/>
          </w:tcPr>
          <w:p/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239"/>
        <w:gridCol w:w="170"/>
        <w:gridCol w:w="2239"/>
        <w:gridCol w:w="170"/>
        <w:gridCol w:w="1757"/>
        <w:gridCol w:w="170"/>
        <w:gridCol w:w="2721"/>
        <w:gridCol w:w="170"/>
      </w:tblGrid>
      <w:tr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Imponibile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IVA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75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Bollo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Totale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75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Tempi di esecuzione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Pagamento (acconto / saldo)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Note e condizioni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fornitore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Per accettazione, il cliente (firma e data)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Preventivo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