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  <w:sz w:val="30"/>
        </w:rPr>
        <w:t>ESPOSTO</w:t>
      </w:r>
    </w:p>
    <w:p>
      <w:pPr>
        <w:jc w:val="center"/>
        <w:pBdr>
          <w:bottom w:val="single" w:sz="18" w:space="6" w:color="185ABD"/>
        </w:pBdr>
      </w:pPr>
      <w:r>
        <w:rPr>
          <w:color w:val="5B6573"/>
          <w:sz w:val="20"/>
        </w:rPr>
        <w:t>Segnalazione all'Autorità con richiesta di intervento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Al (Comando Carabinieri / Commissariato / Polizia locale / Comune / Procura della Repubblica di)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Indirizzo o PEC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200"/>
      </w:pPr>
      <w:r>
        <w:rPr>
          <w:b/>
          <w:color w:val="185ABD"/>
        </w:rPr>
        <w:t>Oggetto: esposto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4648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Il/La sottoscritto/a (cognome)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Nome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Nato/a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Il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Codice fiscale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4648"/>
        <w:gridCol w:w="170"/>
        <w:gridCol w:w="1275"/>
        <w:gridCol w:w="170"/>
        <w:gridCol w:w="3203"/>
        <w:gridCol w:w="170"/>
      </w:tblGrid>
      <w:tr>
        <w:tc>
          <w:tcPr>
            <w:tcW w:type="dxa" w:w="4649"/>
          </w:tcPr>
          <w:p>
            <w:pPr>
              <w:spacing w:after="0"/>
            </w:pPr>
            <w:r>
              <w:rPr>
                <w:color w:val="5B6573"/>
                <w:sz w:val="17"/>
              </w:rPr>
              <w:t>Residente 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</w:tcPr>
          <w:p>
            <w:pPr>
              <w:spacing w:after="0"/>
            </w:pPr>
            <w:r>
              <w:rPr>
                <w:color w:val="5B6573"/>
                <w:sz w:val="17"/>
              </w:rPr>
              <w:t>Prov.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</w:tcPr>
          <w:p>
            <w:pPr>
              <w:spacing w:after="0"/>
            </w:pPr>
            <w:r>
              <w:rPr>
                <w:color w:val="5B6573"/>
                <w:sz w:val="17"/>
              </w:rPr>
              <w:t>CAP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4649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276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3203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Via / Piazza e numero civico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Telefono / email per le comunicazioni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ESPONE quanto segue.</w:t>
      </w: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I fatti: cosa succede, dove, da quando, con quale frequenza, chi è coinvolto (con le date)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Elementi a sostegno: foto, registrazioni, testimoni, messaggi, precedenti segnalazioni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9467"/>
        <w:gridCol w:w="170"/>
      </w:tblGrid>
      <w:tr>
        <w:tc>
          <w:tcPr>
            <w:tcW w:type="dxa" w:w="9468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946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p>
      <w:pPr>
        <w:spacing w:before="120"/>
      </w:pPr>
      <w:r>
        <w:t>Tutto ciò premesso, CHIEDE che codesta Autorità voglia verificare quanto esposto, disporre gli accertamenti e i sopralluoghi necessari e adottare i provvedimenti di competenza, e di essere informato/a degli esiti ai recapiti indicati.</w:t>
      </w:r>
    </w:p>
    <w:p>
      <w:pPr>
        <w:spacing w:before="120"/>
      </w:pPr>
      <w:r>
        <w:t>Si allegano n. ____ documenti e copia del documento d'identità.</w:t>
      </w:r>
    </w:p>
    <w:p/>
    <w:tbl>
      <w:tblPr>
        <w:tblW w:type="auto" w:w="0"/>
        <w:tblLayout w:type="fixed"/>
        <w:tblLook w:firstColumn="1" w:firstRow="1" w:lastColumn="0" w:lastRow="0" w:noHBand="0" w:noVBand="1" w:val="04A0"/>
        <w:tblLayout w:type="fixed"/>
      </w:tblPr>
      <w:tblGrid>
        <w:gridCol w:w="3877"/>
        <w:gridCol w:w="170"/>
        <w:gridCol w:w="1082"/>
        <w:gridCol w:w="170"/>
        <w:gridCol w:w="4166"/>
        <w:gridCol w:w="170"/>
      </w:tblGrid>
      <w:tr>
        <w:tc>
          <w:tcPr>
            <w:tcW w:type="dxa" w:w="3878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Luogo e data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rPr>
                <w:color w:val="5B6573"/>
                <w:sz w:val="17"/>
              </w:rPr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</w:tcPr>
          <w:p>
            <w:pPr>
              <w:spacing w:after="0"/>
            </w:pPr>
            <w:r>
              <w:rPr>
                <w:color w:val="5B6573"/>
                <w:sz w:val="17"/>
              </w:rPr>
              <w:t>L'esponente (firma)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  <w:tr>
        <w:trPr>
          <w:trHeight w:val="312"/>
        </w:trPr>
        <w:tc>
          <w:tcPr>
            <w:tcW w:type="dxa" w:w="3878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1083"/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  <w:tc>
          <w:tcPr>
            <w:tcW w:type="dxa" w:w="4167"/>
            <w:tcBorders>
              <w:bottom w:val="single" w:sz="6" w:color="9AA7B8"/>
            </w:tcBorders>
          </w:tcPr>
          <w:p>
            <w:pPr>
              <w:spacing w:after="0"/>
            </w:pPr>
            <w:r>
              <w:t xml:space="preserve"> </w:t>
            </w:r>
          </w:p>
        </w:tc>
        <w:tc>
          <w:tcPr>
            <w:tcW w:type="dxa" w:w="170"/>
          </w:tcPr>
          <w:p>
            <w:pPr>
              <w:spacing w:after="0"/>
            </w:pPr>
          </w:p>
        </w:tc>
      </w:tr>
    </w:tbl>
    <w:p>
      <w:pPr>
        <w:spacing w:after="0" w:line="140" w:lineRule="exact"/>
      </w:pPr>
    </w:p>
    <w:sectPr w:rsidR="00FC693F" w:rsidRPr="0006063C" w:rsidSect="00034616">
      <w:footerReference w:type="default" r:id="rId9"/>
      <w:pgSz w:w="11906" w:h="16838"/>
      <w:pgMar w:top="1020" w:right="1134" w:bottom="907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color w:val="9CA3AF"/>
        <w:sz w:val="15"/>
      </w:rPr>
      <w:t>Modulo gratuito · ProntoModuli · prontomoduli.it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/>
    </w:pPr>
    <w:rPr>
      <w:rFonts w:ascii="Calibri" w:hAnsi="Calibri" w:eastAsia="Calibri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Esposto</dc:title>
  <dc:subject/>
  <dc:creator>ProntoModuli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