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DISDETTA DI POLIZZA ASSICURATIVA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di disdetta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(compagnia / agenzia) ·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disdetta della polizza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sottoscritto/a, contraente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Polizza n. / ramo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Scadenza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la disdetta della polizza sopra indicata alla sua scadenza del ______________, nel rispetto del termine di preavviso contrattuale, e chiede che non venga rinnovata.</w:t>
      </w:r>
    </w:p>
    <w:p>
      <w:pPr>
        <w:spacing w:before="120"/>
      </w:pPr>
      <w:r>
        <w:t>☐ Chiede il rimborso della parte di premio non goduta, sul conto IBAN ______________________________.</w:t>
      </w: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contraente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Di Polizza Assicurativa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