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DISDETTA DEL CONTRATTO DI LOCAZIONE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Lettera del proprietario · artt. 2 e 3 L. 431/1998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Spett.le / Gentile (inquilino): nome e indirizzo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Oggetto: disdetta del contratto di locazione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sottoscritto/a, locatore: cognome e nome (o ragione sociale)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685"/>
        <w:gridCol w:w="170"/>
        <w:gridCol w:w="5612"/>
        <w:gridCol w:w="170"/>
      </w:tblGrid>
      <w:tr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 / 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in (indirizzo completo)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dell'immobile in (indirizzo)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Contratto del / registrato il / n.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Scadenza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comunica disdetta del contratto di locazione sopra indicato per la sua scadenza del ______________, con il preavviso di almeno sei mesi previsto dalla legge.</w:t>
      </w:r>
    </w:p>
    <w:p>
      <w:pPr>
        <w:spacing w:before="120"/>
      </w:pPr>
      <w:r>
        <w:t>☐ Alla prima scadenza: la disdetta è data per il seguente motivo previsto dall'art. 3 della L. 431/1998 (indicare il motivo in modo specifico):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☐ Alla scadenza del periodo di rinnovo: comunica la rinuncia al rinnovo del contratto ai sensi dell'art. 2, comma 1, della L. 431/1998.</w:t>
      </w:r>
    </w:p>
    <w:p>
      <w:pPr>
        <w:spacing w:before="120"/>
      </w:pPr>
      <w:r>
        <w:t>Invita pertanto a rilasciare l'immobile libero da persone e cose entro la data di scadenza, per la riconsegna delle chiavi e la verifica dello stato dell'immobile.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locatore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Inviare con lettera raccomandata A/R o PEC e conservare la ricevuta: il preavviso decorre dal ricevimento. Entro 30 giorni dalla fine anticipata del contratto va comunicata la risoluzione all'Agenzia delle Entrate con il modello RLI.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Disdetta Del Contratto Di Locazione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