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DISDETTA DEL CONTRATTO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Lettera di disdetta / recesso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Spett.le (azienda) · indirizzo o PEC per le disdette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disdetta / recesso dal contratto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Titolare del contratto / abbonamento / tessera n.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Sottoscritto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comunica la propria volontà di disdire / recedere dal contratto sopra indicato con effetto dal ______________, o comunque dalla prima data utile nel rispetto del preavviso contrattuale, e chiede l'interruzione di ogni addebito successivo.</w:t>
      </w:r>
    </w:p>
    <w:p>
      <w:pPr>
        <w:spacing w:before="120"/>
      </w:pPr>
      <w:r>
        <w:t>☐ Chiede inoltre il rimborso delle somme pagate e non dovute, pari a euro ________, sul conto IBAN ______________________________.</w:t>
      </w:r>
    </w:p>
    <w:p>
      <w:pPr>
        <w:spacing w:before="120"/>
      </w:pPr>
      <w:r>
        <w:t>Allega copia del proprio documento d'identità.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Firma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Disdetta Del Contratto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