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DIFFIDA AD ADEMPIERE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e costituzione in mora · artt. 1454 e 1219 c.c.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Mittente: nome, indirizzo, recapiti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Destinatario: nome e indirizzo o PEC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diffida ad adempiere ai sensi dell'art. 1454 c.c. e costituzione in mora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Contratto / accordo del (data) avente ad oggetto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 riferimento al contratto sopra indicato, constato che non avete adempiuto alla seguente obbligazione: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 la presente vi diffido ad adempiere entro e non oltre ____ giorni (non meno di quindici) dal ricevimento della presente, provvedendo a: ______________________________________________________________.</w:t>
      </w:r>
    </w:p>
    <w:p>
      <w:pPr>
        <w:spacing w:before="120"/>
      </w:pPr>
      <w:r>
        <w:t>Vi avverto che, decorso inutilmente tale termine, il contratto s'intenderà risolto di diritto ai sensi dell'art. 1454 del codice civile, fatto salvo il risarcimento di tutti i danni. La presente vale anche come atto di costituzione in mora ai sensi dell'art. 1219 c.c., con decorrenza degli interessi di legge.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Inviare con raccomandata A/R o PEC e conservare la ricevuta di consegna.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Diffida Ad Adempiere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