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DELEGA AL RITIRO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Delega per il ritiro di documenti, certificati, referti o plichi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(delegante, 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DELEGA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sig./sig.ra (delegato, 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Documento d'identità (tipo e numero)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 ritirare in mio nome e per mio conto: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Documento / referto / plico da ritirare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Presso (ufficio, struttura, indirizzo)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Allego fotocopia del mio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delegante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Il delegato deve presentarsi con un proprio documento d'identità valido. Se l'ufficio ha un proprio modulo di delega, usa quello.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Al Ritiro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