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DELEGA</w:t>
      </w:r>
    </w:p>
    <w:p>
      <w:pPr>
        <w:jc w:val="center"/>
        <w:pBdr>
          <w:bottom w:val="single" w:sz="18" w:space="6" w:color="185ABD"/>
        </w:pBdr>
      </w:pPr>
      <w:r>
        <w:rPr>
          <w:color w:val="5B6573"/>
          <w:sz w:val="20"/>
        </w:rPr>
        <w:t>per la richiesta della planimetria catastale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Il/La sottoscritto/a (titolare): cognome e nome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Nato/a a, il · residente in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in qualità di ☐ proprietario ☐ usufruttuario ☐ titolare di altro diritto reale dell'immobile: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3685"/>
        <w:gridCol w:w="170"/>
        <w:gridCol w:w="1757"/>
        <w:gridCol w:w="170"/>
        <w:gridCol w:w="1757"/>
        <w:gridCol w:w="170"/>
        <w:gridCol w:w="1757"/>
        <w:gridCol w:w="170"/>
      </w:tblGrid>
      <w:tr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Comune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757"/>
          </w:tcPr>
          <w:p>
            <w:pPr>
              <w:spacing w:after="0"/>
            </w:pPr>
            <w:r>
              <w:rPr>
                <w:color w:val="5B6573"/>
                <w:sz w:val="17"/>
              </w:rPr>
              <w:t>Foglio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757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Particella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757"/>
          </w:tcPr>
          <w:p>
            <w:pPr>
              <w:spacing w:after="0"/>
            </w:pPr>
            <w:r>
              <w:rPr>
                <w:color w:val="5B6573"/>
                <w:sz w:val="17"/>
              </w:rPr>
              <w:t>Sub.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757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757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757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Indirizzo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jc w:val="center"/>
      </w:pPr>
      <w:r>
        <w:rPr>
          <w:b/>
          <w:color w:val="185ABD"/>
          <w:sz w:val="26"/>
        </w:rPr>
        <w:t>DELEGA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Il/La sig./sig.ra (delegato): cognome e nome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Nato/a a, il · residente in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a richiedere e ritirare presso l'Agenzia delle Entrate la copia della planimetria catastale dell'immobile sopra indicato. Allega copia del proprio documento d'identità.</w:t>
      </w:r>
    </w:p>
    <w:p/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3877"/>
        <w:gridCol w:w="170"/>
        <w:gridCol w:w="1082"/>
        <w:gridCol w:w="170"/>
        <w:gridCol w:w="4166"/>
        <w:gridCol w:w="170"/>
      </w:tblGrid>
      <w:tr>
        <w:tc>
          <w:tcPr>
            <w:tcW w:type="dxa" w:w="387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Luogo e data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Il/La delegante (firma)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387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sectPr w:rsidR="00FC693F" w:rsidRPr="0006063C" w:rsidSect="00034616">
      <w:footerReference w:type="default" r:id="rId9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CA3AF"/>
        <w:sz w:val="15"/>
      </w:rPr>
      <w:t>Modulo gratuito · ProntoModuli · prontomoduli.it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Delega</dc:title>
  <dc:subject/>
  <dc:creator>ProntoModuli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