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DELEGA PER ASSEMBLEA CONDOMINIALE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art. 67 disposizioni di attuazione del codice civile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All'amministratore del Condominio (nome e indirizzo)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sottoscritto/a, condomino: cognome e 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 · residente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Proprietario dell'unità (scala, piano, interno)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Millesimi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jc w:val="center"/>
      </w:pPr>
      <w:r>
        <w:rPr>
          <w:b/>
          <w:color w:val="185ABD"/>
          <w:sz w:val="26"/>
        </w:rPr>
        <w:t>DELEGA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sig./sig.ra (delegato)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a rappresentarlo/a all'assemblea del (data)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 ☐ 1ª ☐ 2ª convocazione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con ogni facoltà di intervento e di voto, ☐ secondo le seguenti indicazioni: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condomino/a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rPr>
          <w:color w:val="5B6573"/>
          <w:sz w:val="16"/>
        </w:rPr>
        <w:t>La delega non può essere conferita all'amministratore. Nei condomini con più di 20 partecipanti il delegato non può rappresentare più di un quinto dei condomini e del valore proporzionale (art. 67 disp. att. c.c.).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Delega Per Assemblea Condominiale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