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dello stato di famiglia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che la propria famiglia anagrafica, residente nel Comune sopra indicato, è così composta: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78"/>
        <w:gridCol w:w="2891"/>
        <w:gridCol w:w="2891"/>
        <w:gridCol w:w="3276"/>
      </w:tblGrid>
      <w:tr>
        <w:tc>
          <w:tcPr>
            <w:tcW w:type="dxa" w:w="578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N.</w:t>
            </w:r>
          </w:p>
        </w:tc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Cognome e nome</w:t>
            </w:r>
          </w:p>
        </w:tc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Luogo e data di nascita</w:t>
            </w:r>
          </w:p>
        </w:tc>
        <w:tc>
          <w:tcPr>
            <w:tcW w:type="dxa" w:w="3277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Rapporto con il dichiarante</w:t>
            </w:r>
          </w:p>
        </w:tc>
      </w:tr>
      <w:tr>
        <w:trPr>
          <w:trHeight w:val="397"/>
        </w:trPr>
        <w:tc>
          <w:tcPr>
            <w:tcW w:type="dxa" w:w="578"/>
          </w:tcPr>
          <w:p>
            <w:r>
              <w:t>1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>
            <w:r>
              <w:t>Dichiarante</w:t>
            </w:r>
          </w:p>
        </w:tc>
      </w:tr>
      <w:tr>
        <w:trPr>
          <w:trHeight w:val="397"/>
        </w:trPr>
        <w:tc>
          <w:tcPr>
            <w:tcW w:type="dxa" w:w="578"/>
          </w:tcPr>
          <w:p>
            <w:r>
              <w:t>2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/>
        </w:tc>
      </w:tr>
      <w:tr>
        <w:trPr>
          <w:trHeight w:val="397"/>
        </w:trPr>
        <w:tc>
          <w:tcPr>
            <w:tcW w:type="dxa" w:w="578"/>
          </w:tcPr>
          <w:p>
            <w:r>
              <w:t>3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/>
        </w:tc>
      </w:tr>
      <w:tr>
        <w:trPr>
          <w:trHeight w:val="397"/>
        </w:trPr>
        <w:tc>
          <w:tcPr>
            <w:tcW w:type="dxa" w:w="578"/>
          </w:tcPr>
          <w:p>
            <w:r>
              <w:t>4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/>
        </w:tc>
      </w:tr>
      <w:tr>
        <w:trPr>
          <w:trHeight w:val="397"/>
        </w:trPr>
        <w:tc>
          <w:tcPr>
            <w:tcW w:type="dxa" w:w="578"/>
          </w:tcPr>
          <w:p>
            <w:r>
              <w:t>5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/>
        </w:tc>
      </w:tr>
      <w:tr>
        <w:trPr>
          <w:trHeight w:val="397"/>
        </w:trPr>
        <w:tc>
          <w:tcPr>
            <w:tcW w:type="dxa" w:w="578"/>
          </w:tcPr>
          <w:p>
            <w:r>
              <w:t>6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/>
        </w:tc>
      </w:tr>
      <w:tr>
        <w:trPr>
          <w:trHeight w:val="397"/>
        </w:trPr>
        <w:tc>
          <w:tcPr>
            <w:tcW w:type="dxa" w:w="578"/>
          </w:tcPr>
          <w:p>
            <w:r>
              <w:t>7</w:t>
            </w:r>
          </w:p>
        </w:tc>
        <w:tc>
          <w:tcPr>
            <w:tcW w:type="dxa" w:w="2891"/>
          </w:tcPr>
          <w:p/>
        </w:tc>
        <w:tc>
          <w:tcPr>
            <w:tcW w:type="dxa" w:w="2891"/>
          </w:tcPr>
          <w:p/>
        </w:tc>
        <w:tc>
          <w:tcPr>
            <w:tcW w:type="dxa" w:w="3277"/>
          </w:tcPr>
          <w:p/>
        </w:tc>
      </w:tr>
    </w:tbl>
    <w:p/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 Ha la stessa validità del certificato che sostituisce: 6 mesi (artt. 41 e 48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