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del titolo di studio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di essere in possesso del seguente titolo di studio: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Titolo di studio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094"/>
        <w:gridCol w:w="170"/>
        <w:gridCol w:w="3203"/>
        <w:gridCol w:w="170"/>
      </w:tblGrid>
      <w:tr>
        <w:tc>
          <w:tcPr>
            <w:tcW w:type="dxa" w:w="6094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Conseguito presso (scuola / università)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Città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6094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Anno / data di conseguimento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Votazione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