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AUTOCERTIFICAZIONE ANTIMAFIA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Dichiarazione sostitutiva · artt. 67, 85 e 89 D.Lgs. 159/2011</w:t>
      </w:r>
    </w:p>
    <w:p>
      <w:pPr>
        <w:jc w:val="center"/>
      </w:pPr>
      <w:r>
        <w:rPr>
          <w:b/>
          <w:color w:val="185ABD"/>
          <w:sz w:val="26"/>
        </w:rPr>
        <w:t>DICHIARAZIONE SOSTITUTIVA ANTIMAFIA</w:t>
      </w:r>
    </w:p>
    <w:p>
      <w:pPr>
        <w:spacing w:before="120"/>
      </w:pPr>
      <w:r>
        <w:t>Dichiarazione sostitutiva di certificazione e di atto di notorietà (artt. 46 e 47 D.P.R. 445/2000) ai sensi degli artt. 67, 85 e 89 del D.Lgs. 6 settembre 2011, n. 159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 qualità di (titolare / socio / legale rappresentante / amministratore / sindaco / direttore tecnico / socio di maggioranza)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Dell'impresa (denominazione)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Sede legale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spacing w:before="120"/>
      </w:pPr>
      <w:r>
        <w:t>DICHIARA che nei propri confronti non sussistono le cause di divieto, di decadenza o di sospensione previste dall'art. 67 del D.Lgs. 159/2011 (Codice delle leggi antimafia e delle misure di prevenzione).</w:t>
      </w:r>
    </w:p>
    <w:p>
      <w:pPr>
        <w:spacing w:before="120"/>
      </w:pPr>
      <w:r>
        <w:t>DICHIARA inoltre, ai fini dell'art. 85, comma 3, del D.Lgs. 159/2011, ☐ di non avere familiari conviventi maggiorenni ☐ di avere i seguenti familiari conviventi di maggiore età: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73"/>
        <w:gridCol w:w="3373"/>
        <w:gridCol w:w="2891"/>
      </w:tblGrid>
      <w:tr>
        <w:tc>
          <w:tcPr>
            <w:tcW w:type="dxa" w:w="337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Cognome e nome</w:t>
            </w:r>
          </w:p>
        </w:tc>
        <w:tc>
          <w:tcPr>
            <w:tcW w:type="dxa" w:w="337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Luogo e data di nascita</w:t>
            </w:r>
          </w:p>
        </w:tc>
        <w:tc>
          <w:tcPr>
            <w:tcW w:type="dxa" w:w="289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Codice fiscale</w:t>
            </w:r>
          </w:p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3373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3373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3373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3373"/>
          </w:tcPr>
          <w:p/>
        </w:tc>
        <w:tc>
          <w:tcPr>
            <w:tcW w:type="dxa" w:w="2891"/>
          </w:tcPr>
          <w:p/>
        </w:tc>
      </w:tr>
    </w:tbl>
    <w:p/>
    <w:p>
      <w:pPr>
        <w:spacing w:before="120"/>
      </w:pPr>
      <w:r>
        <w:t>La presente dichiarazione è resa per il seguente procedimento: ______________________________________________ e si allega copia del documento d'identità.</w:t>
      </w: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Antimafia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