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ACCORDO DI VENDITA DI VEICOLO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tra privati, in attesa dell'atto autenticato e della trascrizione al PRA</w:t>
      </w:r>
    </w:p>
    <w:p>
      <w:pPr>
        <w:spacing w:before="120"/>
      </w:pPr>
      <w:r>
        <w:t>Tra: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Venditore: cognome e 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Acquirente: cognome e 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2239"/>
        <w:gridCol w:w="170"/>
        <w:gridCol w:w="2239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Veicolo: marca e modello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Targa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Telaio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2721"/>
        <w:gridCol w:w="170"/>
        <w:gridCol w:w="3685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Chilometri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Prezzo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Pagato con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Difetti noti dichiarati dal venditore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Consegna del veicolo: data e ora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Autentica e trascrizione a cura di / entro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Il veicolo è venduto nello stato in cui si trova, visto e provato dall'acquirente. Dal momento della consegna l'acquirente risponde dell'uso del veicolo e delle eventuali violazioni. Le parti si impegnano a sottoscrivere l'atto di vendita con firma autenticata e a curare la trascrizione al PRA entro 60 giorni.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venditore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L'acquirente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Questa scrittura regola i rapporti tra le parti e non sostituisce l'atto di vendita con firma autenticata né la trascrizione al PRA.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Accordo Di Vendita Di Veicolo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